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FECBD" w14:textId="471CE525" w:rsidR="00DD2EE0" w:rsidRPr="00350CCD" w:rsidRDefault="002511DA">
      <w:pPr>
        <w:pStyle w:val="Heading1"/>
        <w:rPr>
          <w:rFonts w:ascii="Aptos" w:hAnsi="Aptos"/>
        </w:rPr>
      </w:pPr>
      <w:r w:rsidRPr="00350CCD">
        <w:rPr>
          <w:rFonts w:ascii="Aptos" w:hAnsi="Aptos"/>
        </w:rPr>
        <w:t>How to</w:t>
      </w:r>
      <w:r w:rsidR="005704CE" w:rsidRPr="00350CCD">
        <w:rPr>
          <w:rFonts w:ascii="Aptos" w:hAnsi="Aptos"/>
        </w:rPr>
        <w:t xml:space="preserve"> Access the Supervision Page</w:t>
      </w:r>
    </w:p>
    <w:p w14:paraId="1EE9D219" w14:textId="2F282B42" w:rsidR="00DD2EE0" w:rsidRPr="00350CCD" w:rsidRDefault="005704CE">
      <w:pPr>
        <w:pStyle w:val="ListNumber"/>
        <w:keepNext/>
        <w:rPr>
          <w:rFonts w:ascii="Aptos" w:hAnsi="Aptos"/>
        </w:rPr>
      </w:pPr>
      <w:r w:rsidRPr="00350CCD">
        <w:rPr>
          <w:rFonts w:ascii="Aptos" w:hAnsi="Aptos"/>
        </w:rPr>
        <w:t>From your online portal c</w:t>
      </w:r>
      <w:r w:rsidR="002511DA" w:rsidRPr="00350CCD">
        <w:rPr>
          <w:rFonts w:ascii="Aptos" w:hAnsi="Aptos"/>
        </w:rPr>
        <w:t>lick "My Information"</w:t>
      </w:r>
    </w:p>
    <w:p w14:paraId="0B2DCED8" w14:textId="36EA39D2" w:rsidR="00DD2EE0" w:rsidRPr="00350CCD" w:rsidRDefault="002511DA">
      <w:pPr>
        <w:rPr>
          <w:rFonts w:ascii="Aptos" w:hAnsi="Aptos"/>
        </w:rPr>
      </w:pPr>
      <w:r>
        <w:rPr>
          <w:noProof/>
        </w:rPr>
        <w:drawing>
          <wp:inline distT="0" distB="0" distL="0" distR="0" wp14:anchorId="52B8EDCD" wp14:editId="71C5C032">
            <wp:extent cx="5486400" cy="3063240"/>
            <wp:effectExtent l="0" t="0" r="0" b="3810"/>
            <wp:docPr id="2062551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5486400" cy="3063240"/>
                    </a:xfrm>
                    <a:prstGeom prst="rect">
                      <a:avLst/>
                    </a:prstGeom>
                  </pic:spPr>
                </pic:pic>
              </a:graphicData>
            </a:graphic>
          </wp:inline>
        </w:drawing>
      </w:r>
    </w:p>
    <w:p w14:paraId="7764EC10" w14:textId="77777777" w:rsidR="00DD2EE0" w:rsidRPr="00350CCD" w:rsidRDefault="002511DA">
      <w:pPr>
        <w:pStyle w:val="ListNumber"/>
        <w:keepNext/>
        <w:rPr>
          <w:rFonts w:ascii="Aptos" w:hAnsi="Aptos"/>
        </w:rPr>
      </w:pPr>
      <w:r w:rsidRPr="00350CCD">
        <w:rPr>
          <w:rFonts w:ascii="Aptos" w:hAnsi="Aptos"/>
        </w:rPr>
        <w:t>Click "Supervision"</w:t>
      </w:r>
    </w:p>
    <w:p w14:paraId="75C11978" w14:textId="3D102573" w:rsidR="00DD2EE0" w:rsidRPr="00350CCD" w:rsidRDefault="002511DA">
      <w:pPr>
        <w:rPr>
          <w:rFonts w:ascii="Aptos" w:hAnsi="Aptos"/>
        </w:rPr>
      </w:pPr>
      <w:r>
        <w:rPr>
          <w:noProof/>
        </w:rPr>
        <w:drawing>
          <wp:inline distT="0" distB="0" distL="0" distR="0" wp14:anchorId="2F7993F4" wp14:editId="4C4E34A3">
            <wp:extent cx="5486400" cy="3063240"/>
            <wp:effectExtent l="0" t="0" r="0" b="3810"/>
            <wp:docPr id="156102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5486400" cy="3063240"/>
                    </a:xfrm>
                    <a:prstGeom prst="rect">
                      <a:avLst/>
                    </a:prstGeom>
                  </pic:spPr>
                </pic:pic>
              </a:graphicData>
            </a:graphic>
          </wp:inline>
        </w:drawing>
      </w:r>
    </w:p>
    <w:p w14:paraId="16AC17D6" w14:textId="6765E920" w:rsidR="005704CE" w:rsidRPr="00350CCD" w:rsidRDefault="005704CE" w:rsidP="005704CE">
      <w:pPr>
        <w:pStyle w:val="Heading1"/>
        <w:rPr>
          <w:rFonts w:ascii="Aptos" w:hAnsi="Aptos"/>
        </w:rPr>
      </w:pPr>
      <w:r w:rsidRPr="00350CCD">
        <w:rPr>
          <w:rFonts w:ascii="Aptos" w:hAnsi="Aptos"/>
        </w:rPr>
        <w:lastRenderedPageBreak/>
        <w:t>For Supervisees: How to Add or Change your Supervisor</w:t>
      </w:r>
    </w:p>
    <w:p w14:paraId="0BFB13F2" w14:textId="08FAC983" w:rsidR="00DD2EE0" w:rsidRPr="00350CCD" w:rsidRDefault="00350CCD" w:rsidP="005704CE">
      <w:pPr>
        <w:pStyle w:val="ListNumber"/>
        <w:keepNext/>
        <w:numPr>
          <w:ilvl w:val="0"/>
          <w:numId w:val="10"/>
        </w:numPr>
        <w:rPr>
          <w:rFonts w:ascii="Aptos" w:hAnsi="Aptos"/>
        </w:rPr>
      </w:pPr>
      <w:r w:rsidRPr="00350CCD">
        <w:rPr>
          <w:rFonts w:ascii="Aptos" w:hAnsi="Aptos"/>
        </w:rPr>
        <w:t>From you supervision page, c</w:t>
      </w:r>
      <w:r w:rsidR="002511DA" w:rsidRPr="00350CCD">
        <w:rPr>
          <w:rFonts w:ascii="Aptos" w:hAnsi="Aptos"/>
        </w:rPr>
        <w:t>lick "Change Supervisor"</w:t>
      </w:r>
    </w:p>
    <w:p w14:paraId="3A38EE6D" w14:textId="71416F26" w:rsidR="00DD2EE0" w:rsidRPr="00350CCD" w:rsidRDefault="002511DA">
      <w:pPr>
        <w:rPr>
          <w:rFonts w:ascii="Aptos" w:hAnsi="Aptos"/>
        </w:rPr>
      </w:pPr>
      <w:r>
        <w:rPr>
          <w:noProof/>
        </w:rPr>
        <w:drawing>
          <wp:inline distT="0" distB="0" distL="0" distR="0" wp14:anchorId="7651E7B5" wp14:editId="38086629">
            <wp:extent cx="5486400" cy="3058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486400" cy="3058160"/>
                    </a:xfrm>
                    <a:prstGeom prst="rect">
                      <a:avLst/>
                    </a:prstGeom>
                  </pic:spPr>
                </pic:pic>
              </a:graphicData>
            </a:graphic>
          </wp:inline>
        </w:drawing>
      </w:r>
    </w:p>
    <w:p w14:paraId="351F9853" w14:textId="77777777" w:rsidR="00DD2EE0" w:rsidRPr="00350CCD" w:rsidRDefault="002511DA">
      <w:pPr>
        <w:pStyle w:val="ListNumber"/>
        <w:keepNext/>
        <w:rPr>
          <w:rFonts w:ascii="Aptos" w:hAnsi="Aptos"/>
        </w:rPr>
      </w:pPr>
      <w:r w:rsidRPr="00350CCD">
        <w:rPr>
          <w:rFonts w:ascii="Aptos" w:hAnsi="Aptos"/>
        </w:rPr>
        <w:t>Provide a reason why you are changing your supervisor and click "Next"</w:t>
      </w:r>
    </w:p>
    <w:p w14:paraId="182381FE" w14:textId="4B252819" w:rsidR="00DD2EE0" w:rsidRPr="00350CCD" w:rsidRDefault="002511DA">
      <w:pPr>
        <w:rPr>
          <w:rFonts w:ascii="Aptos" w:hAnsi="Aptos"/>
        </w:rPr>
      </w:pPr>
      <w:r>
        <w:rPr>
          <w:noProof/>
        </w:rPr>
        <w:drawing>
          <wp:inline distT="0" distB="0" distL="0" distR="0" wp14:anchorId="6B80190D" wp14:editId="53A2E6D0">
            <wp:extent cx="5486400" cy="30632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486400" cy="3063240"/>
                    </a:xfrm>
                    <a:prstGeom prst="rect">
                      <a:avLst/>
                    </a:prstGeom>
                  </pic:spPr>
                </pic:pic>
              </a:graphicData>
            </a:graphic>
          </wp:inline>
        </w:drawing>
      </w:r>
    </w:p>
    <w:p w14:paraId="253EBEF2" w14:textId="64B6E338" w:rsidR="00DD2EE0" w:rsidRPr="00350CCD" w:rsidRDefault="002511DA">
      <w:pPr>
        <w:pStyle w:val="ListNumber"/>
        <w:keepNext/>
        <w:rPr>
          <w:rFonts w:ascii="Aptos" w:hAnsi="Aptos"/>
        </w:rPr>
      </w:pPr>
      <w:r w:rsidRPr="00350CCD">
        <w:rPr>
          <w:rFonts w:ascii="Aptos" w:hAnsi="Aptos"/>
        </w:rPr>
        <w:lastRenderedPageBreak/>
        <w:t>Provide your supervisors name, your supervision site, an</w:t>
      </w:r>
      <w:r>
        <w:rPr>
          <w:rFonts w:ascii="Aptos" w:hAnsi="Aptos"/>
        </w:rPr>
        <w:t xml:space="preserve">d </w:t>
      </w:r>
      <w:r w:rsidRPr="00350CCD">
        <w:rPr>
          <w:rFonts w:ascii="Aptos" w:hAnsi="Aptos"/>
        </w:rPr>
        <w:t xml:space="preserve">your </w:t>
      </w:r>
      <w:r w:rsidRPr="00350CCD">
        <w:rPr>
          <w:rFonts w:ascii="Aptos" w:hAnsi="Aptos"/>
        </w:rPr>
        <w:t>start date.</w:t>
      </w:r>
      <w:r>
        <w:rPr>
          <w:rFonts w:ascii="Aptos" w:hAnsi="Aptos"/>
        </w:rPr>
        <w:t xml:space="preserve"> Upload your supervisor confirmation form.</w:t>
      </w:r>
      <w:r w:rsidRPr="00350CCD">
        <w:rPr>
          <w:rFonts w:ascii="Aptos" w:hAnsi="Aptos"/>
        </w:rPr>
        <w:t xml:space="preserve"> Click "Next"</w:t>
      </w:r>
    </w:p>
    <w:p w14:paraId="7330234D" w14:textId="1B6B1FC5" w:rsidR="00DD2EE0" w:rsidRPr="00350CCD" w:rsidRDefault="002511DA">
      <w:pPr>
        <w:rPr>
          <w:rFonts w:ascii="Aptos" w:hAnsi="Aptos"/>
        </w:rPr>
      </w:pPr>
      <w:r>
        <w:rPr>
          <w:noProof/>
        </w:rPr>
        <w:drawing>
          <wp:inline distT="0" distB="0" distL="0" distR="0" wp14:anchorId="77AE84BB" wp14:editId="56B8AF9E">
            <wp:extent cx="5486400" cy="3063240"/>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486400" cy="3063240"/>
                    </a:xfrm>
                    <a:prstGeom prst="rect">
                      <a:avLst/>
                    </a:prstGeom>
                  </pic:spPr>
                </pic:pic>
              </a:graphicData>
            </a:graphic>
          </wp:inline>
        </w:drawing>
      </w:r>
    </w:p>
    <w:p w14:paraId="749ACC03" w14:textId="77777777" w:rsidR="005704CE" w:rsidRPr="00350CCD" w:rsidRDefault="005704CE" w:rsidP="005704CE">
      <w:pPr>
        <w:pStyle w:val="Heading1"/>
        <w:rPr>
          <w:rFonts w:ascii="Aptos" w:hAnsi="Aptos"/>
        </w:rPr>
      </w:pPr>
      <w:r w:rsidRPr="00350CCD">
        <w:rPr>
          <w:rFonts w:ascii="Aptos" w:hAnsi="Aptos"/>
        </w:rPr>
        <w:t>How to Become a Supervisor and Complete the Quiz</w:t>
      </w:r>
    </w:p>
    <w:p w14:paraId="71917A89" w14:textId="1E0224BD" w:rsidR="005704CE" w:rsidRPr="00350CCD" w:rsidRDefault="005704CE" w:rsidP="005704CE">
      <w:pPr>
        <w:pStyle w:val="ListNumber"/>
        <w:keepNext/>
        <w:numPr>
          <w:ilvl w:val="0"/>
          <w:numId w:val="12"/>
        </w:numPr>
        <w:rPr>
          <w:rFonts w:ascii="Aptos" w:hAnsi="Aptos"/>
        </w:rPr>
      </w:pPr>
      <w:r w:rsidRPr="00350CCD">
        <w:rPr>
          <w:rFonts w:ascii="Aptos" w:hAnsi="Aptos"/>
        </w:rPr>
        <w:t>From your supervision page, c</w:t>
      </w:r>
      <w:r w:rsidRPr="00350CCD">
        <w:rPr>
          <w:rFonts w:ascii="Aptos" w:hAnsi="Aptos"/>
        </w:rPr>
        <w:t>lick "Become a supervisor"</w:t>
      </w:r>
    </w:p>
    <w:p w14:paraId="7516C5E3" w14:textId="5C69B193" w:rsidR="005704CE" w:rsidRPr="00350CCD" w:rsidRDefault="002511DA" w:rsidP="005704CE">
      <w:pPr>
        <w:rPr>
          <w:rFonts w:ascii="Aptos" w:hAnsi="Aptos"/>
        </w:rPr>
      </w:pPr>
      <w:r>
        <w:rPr>
          <w:noProof/>
        </w:rPr>
        <w:drawing>
          <wp:inline distT="0" distB="0" distL="0" distR="0" wp14:anchorId="5DCE29AB" wp14:editId="2DA4B88C">
            <wp:extent cx="5486400" cy="3058160"/>
            <wp:effectExtent l="0" t="0" r="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5486400" cy="3058160"/>
                    </a:xfrm>
                    <a:prstGeom prst="rect">
                      <a:avLst/>
                    </a:prstGeom>
                  </pic:spPr>
                </pic:pic>
              </a:graphicData>
            </a:graphic>
          </wp:inline>
        </w:drawing>
      </w:r>
    </w:p>
    <w:p w14:paraId="05B299DE" w14:textId="4AA77D8A" w:rsidR="005704CE" w:rsidRPr="00350CCD" w:rsidRDefault="005704CE" w:rsidP="005704CE">
      <w:pPr>
        <w:pStyle w:val="ListNumber"/>
        <w:keepNext/>
        <w:rPr>
          <w:rFonts w:ascii="Aptos" w:hAnsi="Aptos"/>
        </w:rPr>
      </w:pPr>
      <w:r w:rsidRPr="00350CCD">
        <w:rPr>
          <w:rFonts w:ascii="Aptos" w:hAnsi="Aptos"/>
        </w:rPr>
        <w:lastRenderedPageBreak/>
        <w:t xml:space="preserve">Check the boxes </w:t>
      </w:r>
      <w:r w:rsidR="00350CCD" w:rsidRPr="00350CCD">
        <w:rPr>
          <w:rFonts w:ascii="Aptos" w:hAnsi="Aptos"/>
        </w:rPr>
        <w:t xml:space="preserve">that </w:t>
      </w:r>
      <w:r w:rsidRPr="00350CCD">
        <w:rPr>
          <w:rFonts w:ascii="Aptos" w:hAnsi="Aptos"/>
        </w:rPr>
        <w:t>apply to you, and click "Submit"</w:t>
      </w:r>
    </w:p>
    <w:p w14:paraId="2FC58BA0" w14:textId="7C429F7B" w:rsidR="005704CE" w:rsidRPr="00350CCD" w:rsidRDefault="002511DA" w:rsidP="005704CE">
      <w:pPr>
        <w:rPr>
          <w:rFonts w:ascii="Aptos" w:hAnsi="Aptos"/>
        </w:rPr>
      </w:pPr>
      <w:r>
        <w:rPr>
          <w:noProof/>
        </w:rPr>
        <w:drawing>
          <wp:inline distT="0" distB="0" distL="0" distR="0" wp14:anchorId="22ED2659" wp14:editId="75C3A828">
            <wp:extent cx="5486400" cy="3063240"/>
            <wp:effectExtent l="0" t="0" r="0" b="3810"/>
            <wp:docPr id="188124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tretch>
                      <a:fillRect/>
                    </a:stretch>
                  </pic:blipFill>
                  <pic:spPr>
                    <a:xfrm>
                      <a:off x="0" y="0"/>
                      <a:ext cx="5486400" cy="3063240"/>
                    </a:xfrm>
                    <a:prstGeom prst="rect">
                      <a:avLst/>
                    </a:prstGeom>
                  </pic:spPr>
                </pic:pic>
              </a:graphicData>
            </a:graphic>
          </wp:inline>
        </w:drawing>
      </w:r>
    </w:p>
    <w:p w14:paraId="488A58E2" w14:textId="426B392F" w:rsidR="005704CE" w:rsidRPr="00350CCD" w:rsidRDefault="002511DA" w:rsidP="005704CE">
      <w:pPr>
        <w:pStyle w:val="ListNumber"/>
        <w:keepNext/>
        <w:rPr>
          <w:rFonts w:ascii="Aptos" w:hAnsi="Aptos"/>
        </w:rPr>
      </w:pPr>
      <w:r>
        <w:rPr>
          <w:rFonts w:ascii="Aptos" w:hAnsi="Aptos"/>
        </w:rPr>
        <w:t>Once</w:t>
      </w:r>
      <w:r w:rsidR="005704CE" w:rsidRPr="00350CCD">
        <w:rPr>
          <w:rFonts w:ascii="Aptos" w:hAnsi="Aptos"/>
        </w:rPr>
        <w:t xml:space="preserve"> we have done an initial check of your application, you will receive an email from us letting you know you may now complete the supervisor quiz. </w:t>
      </w:r>
      <w:r w:rsidR="005704CE" w:rsidRPr="00350CCD">
        <w:rPr>
          <w:rFonts w:ascii="Aptos" w:hAnsi="Aptos"/>
        </w:rPr>
        <w:t>From the "Supervision" page</w:t>
      </w:r>
      <w:r w:rsidR="005704CE" w:rsidRPr="00350CCD">
        <w:rPr>
          <w:rFonts w:ascii="Aptos" w:hAnsi="Aptos"/>
        </w:rPr>
        <w:t xml:space="preserve"> of your portal</w:t>
      </w:r>
      <w:r w:rsidR="005704CE" w:rsidRPr="00350CCD">
        <w:rPr>
          <w:rFonts w:ascii="Aptos" w:hAnsi="Aptos"/>
        </w:rPr>
        <w:t>, click "Complete Quiz"</w:t>
      </w:r>
    </w:p>
    <w:p w14:paraId="7E80B52F" w14:textId="2C645E5A" w:rsidR="005704CE" w:rsidRPr="00350CCD" w:rsidRDefault="002511DA" w:rsidP="005704CE">
      <w:pPr>
        <w:rPr>
          <w:rFonts w:ascii="Aptos" w:hAnsi="Aptos"/>
        </w:rPr>
      </w:pPr>
      <w:r>
        <w:rPr>
          <w:noProof/>
        </w:rPr>
        <w:drawing>
          <wp:inline distT="0" distB="0" distL="0" distR="0" wp14:anchorId="218471BF" wp14:editId="0A4AD5D8">
            <wp:extent cx="5486400" cy="3063240"/>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5486400" cy="3063240"/>
                    </a:xfrm>
                    <a:prstGeom prst="rect">
                      <a:avLst/>
                    </a:prstGeom>
                  </pic:spPr>
                </pic:pic>
              </a:graphicData>
            </a:graphic>
          </wp:inline>
        </w:drawing>
      </w:r>
    </w:p>
    <w:p w14:paraId="4CD5ABB4" w14:textId="59F905DA" w:rsidR="005704CE" w:rsidRPr="00350CCD" w:rsidRDefault="005704CE" w:rsidP="005704CE">
      <w:pPr>
        <w:pStyle w:val="ListNumber"/>
        <w:rPr>
          <w:rFonts w:ascii="Aptos" w:hAnsi="Aptos"/>
        </w:rPr>
      </w:pPr>
      <w:r w:rsidRPr="00350CCD">
        <w:rPr>
          <w:rFonts w:ascii="Aptos" w:hAnsi="Aptos"/>
        </w:rPr>
        <w:t>Once you have completed the quiz and your application to become a supervisor has been approved, we will email you to let you know. Supervisees will then be able to select you when applying for their APC or completing a change supervisor application.</w:t>
      </w:r>
    </w:p>
    <w:p w14:paraId="2CD6A4FA" w14:textId="3A1182DA" w:rsidR="005704CE" w:rsidRPr="00350CCD" w:rsidRDefault="005704CE" w:rsidP="005704CE">
      <w:pPr>
        <w:pStyle w:val="Heading1"/>
        <w:rPr>
          <w:rFonts w:ascii="Aptos" w:hAnsi="Aptos"/>
        </w:rPr>
      </w:pPr>
      <w:r w:rsidRPr="00350CCD">
        <w:rPr>
          <w:rFonts w:ascii="Aptos" w:hAnsi="Aptos"/>
        </w:rPr>
        <w:lastRenderedPageBreak/>
        <w:t>For supervisors: how to accept or decline a supervision request</w:t>
      </w:r>
    </w:p>
    <w:p w14:paraId="6178106F" w14:textId="0933C6D0" w:rsidR="005704CE" w:rsidRPr="00350CCD" w:rsidRDefault="005704CE" w:rsidP="005704CE">
      <w:pPr>
        <w:pStyle w:val="ListNumber"/>
        <w:keepNext/>
        <w:numPr>
          <w:ilvl w:val="0"/>
          <w:numId w:val="11"/>
        </w:numPr>
        <w:rPr>
          <w:rFonts w:ascii="Aptos" w:hAnsi="Aptos"/>
        </w:rPr>
      </w:pPr>
      <w:r w:rsidRPr="00350CCD">
        <w:rPr>
          <w:rFonts w:ascii="Aptos" w:hAnsi="Aptos"/>
        </w:rPr>
        <w:t>You will have received an email letting you know you have been nominated as a supervisor for someone. From your supervision page, find the supervisee and c</w:t>
      </w:r>
      <w:r w:rsidRPr="00350CCD">
        <w:rPr>
          <w:rFonts w:ascii="Aptos" w:hAnsi="Aptos"/>
        </w:rPr>
        <w:t>lick "Accept"</w:t>
      </w:r>
    </w:p>
    <w:p w14:paraId="561B650A" w14:textId="2EF24352" w:rsidR="005704CE" w:rsidRPr="00350CCD" w:rsidRDefault="002511DA" w:rsidP="005704CE">
      <w:pPr>
        <w:rPr>
          <w:rFonts w:ascii="Aptos" w:hAnsi="Aptos"/>
        </w:rPr>
      </w:pPr>
      <w:r>
        <w:rPr>
          <w:noProof/>
        </w:rPr>
        <w:drawing>
          <wp:inline distT="0" distB="0" distL="0" distR="0" wp14:anchorId="1F0D7935" wp14:editId="1E2E9A14">
            <wp:extent cx="5486400" cy="3063240"/>
            <wp:effectExtent l="0" t="0" r="0"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tretch>
                      <a:fillRect/>
                    </a:stretch>
                  </pic:blipFill>
                  <pic:spPr>
                    <a:xfrm>
                      <a:off x="0" y="0"/>
                      <a:ext cx="5486400" cy="3063240"/>
                    </a:xfrm>
                    <a:prstGeom prst="rect">
                      <a:avLst/>
                    </a:prstGeom>
                  </pic:spPr>
                </pic:pic>
              </a:graphicData>
            </a:graphic>
          </wp:inline>
        </w:drawing>
      </w:r>
    </w:p>
    <w:p w14:paraId="74000DFE" w14:textId="65794DE6" w:rsidR="005704CE" w:rsidRPr="00350CCD" w:rsidRDefault="005704CE" w:rsidP="005704CE">
      <w:pPr>
        <w:pStyle w:val="ListNumber"/>
        <w:keepNext/>
        <w:rPr>
          <w:rFonts w:ascii="Aptos" w:hAnsi="Aptos"/>
        </w:rPr>
      </w:pPr>
      <w:r w:rsidRPr="00350CCD">
        <w:rPr>
          <w:rFonts w:ascii="Aptos" w:hAnsi="Aptos"/>
        </w:rPr>
        <w:t>Or you can click "Decline"</w:t>
      </w:r>
    </w:p>
    <w:p w14:paraId="4125AF8D" w14:textId="24F44272" w:rsidR="005704CE" w:rsidRPr="00350CCD" w:rsidRDefault="002511DA" w:rsidP="005704CE">
      <w:pPr>
        <w:rPr>
          <w:rFonts w:ascii="Aptos" w:hAnsi="Aptos"/>
        </w:rPr>
      </w:pPr>
      <w:r>
        <w:rPr>
          <w:noProof/>
        </w:rPr>
        <w:drawing>
          <wp:inline distT="0" distB="0" distL="0" distR="0" wp14:anchorId="49A5E296" wp14:editId="48BF42CF">
            <wp:extent cx="5486400" cy="3063240"/>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stretch>
                      <a:fillRect/>
                    </a:stretch>
                  </pic:blipFill>
                  <pic:spPr>
                    <a:xfrm>
                      <a:off x="0" y="0"/>
                      <a:ext cx="5486400" cy="3063240"/>
                    </a:xfrm>
                    <a:prstGeom prst="rect">
                      <a:avLst/>
                    </a:prstGeom>
                  </pic:spPr>
                </pic:pic>
              </a:graphicData>
            </a:graphic>
          </wp:inline>
        </w:drawing>
      </w:r>
    </w:p>
    <w:p w14:paraId="5DCC8BD0" w14:textId="77777777" w:rsidR="005704CE" w:rsidRPr="00350CCD" w:rsidRDefault="005704CE" w:rsidP="005704CE">
      <w:pPr>
        <w:pStyle w:val="ListNumber"/>
        <w:keepNext/>
        <w:rPr>
          <w:rFonts w:ascii="Aptos" w:hAnsi="Aptos"/>
        </w:rPr>
      </w:pPr>
      <w:r w:rsidRPr="00350CCD">
        <w:rPr>
          <w:rFonts w:ascii="Aptos" w:hAnsi="Aptos"/>
        </w:rPr>
        <w:lastRenderedPageBreak/>
        <w:t>Type a reason for declining and click "Decline"</w:t>
      </w:r>
    </w:p>
    <w:p w14:paraId="7B294478" w14:textId="4B3805E8" w:rsidR="005704CE" w:rsidRPr="00350CCD" w:rsidRDefault="002511DA" w:rsidP="005704CE">
      <w:pPr>
        <w:rPr>
          <w:rFonts w:ascii="Aptos" w:hAnsi="Aptos"/>
        </w:rPr>
      </w:pPr>
      <w:r>
        <w:rPr>
          <w:noProof/>
        </w:rPr>
        <w:drawing>
          <wp:inline distT="0" distB="0" distL="0" distR="0" wp14:anchorId="3F477A36" wp14:editId="298F3BEE">
            <wp:extent cx="5486400" cy="3063240"/>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tretch>
                      <a:fillRect/>
                    </a:stretch>
                  </pic:blipFill>
                  <pic:spPr>
                    <a:xfrm>
                      <a:off x="0" y="0"/>
                      <a:ext cx="5486400" cy="3063240"/>
                    </a:xfrm>
                    <a:prstGeom prst="rect">
                      <a:avLst/>
                    </a:prstGeom>
                  </pic:spPr>
                </pic:pic>
              </a:graphicData>
            </a:graphic>
          </wp:inline>
        </w:drawing>
      </w:r>
    </w:p>
    <w:p w14:paraId="4A1B39D4" w14:textId="3433D391" w:rsidR="005704CE" w:rsidRPr="00350CCD" w:rsidRDefault="005704CE" w:rsidP="005704CE">
      <w:pPr>
        <w:pStyle w:val="Heading1"/>
        <w:rPr>
          <w:rFonts w:ascii="Aptos" w:hAnsi="Aptos"/>
        </w:rPr>
      </w:pPr>
      <w:r w:rsidRPr="00350CCD">
        <w:rPr>
          <w:rFonts w:ascii="Aptos" w:hAnsi="Aptos"/>
        </w:rPr>
        <w:t>For Supervisors: How to Submit a Supervision Report</w:t>
      </w:r>
    </w:p>
    <w:p w14:paraId="6026F26E" w14:textId="4C3D6BAF" w:rsidR="00350CCD" w:rsidRPr="002511DA" w:rsidRDefault="002511DA" w:rsidP="00350CCD">
      <w:pPr>
        <w:pStyle w:val="ListNumber"/>
        <w:keepNext/>
        <w:numPr>
          <w:ilvl w:val="0"/>
          <w:numId w:val="14"/>
        </w:numPr>
        <w:rPr>
          <w:rFonts w:ascii="Aptos" w:hAnsi="Aptos"/>
        </w:rPr>
      </w:pPr>
      <w:r>
        <w:rPr>
          <w:rFonts w:ascii="Aptos" w:hAnsi="Aptos"/>
        </w:rPr>
        <w:t xml:space="preserve">The supervision report template should have been emailed to your supervisee when their APC was issued and filled out each week during supervision. If you need another copy of the report template, please email us </w:t>
      </w:r>
      <w:hyperlink r:id="rId17" w:history="1">
        <w:r w:rsidRPr="008E392F">
          <w:rPr>
            <w:rStyle w:val="Hyperlink"/>
            <w:rFonts w:ascii="Aptos" w:hAnsi="Aptos"/>
          </w:rPr>
          <w:t>mrt@medsci.co.nz</w:t>
        </w:r>
      </w:hyperlink>
      <w:r>
        <w:rPr>
          <w:rFonts w:ascii="Aptos" w:hAnsi="Aptos"/>
        </w:rPr>
        <w:t xml:space="preserve"> </w:t>
      </w:r>
    </w:p>
    <w:p w14:paraId="512F4412" w14:textId="77777777" w:rsidR="00350CCD" w:rsidRPr="00350CCD" w:rsidRDefault="00350CCD" w:rsidP="00350CCD">
      <w:pPr>
        <w:pStyle w:val="ListNumber"/>
        <w:keepNext/>
        <w:rPr>
          <w:rFonts w:ascii="Aptos" w:hAnsi="Aptos"/>
        </w:rPr>
      </w:pPr>
      <w:r w:rsidRPr="00350CCD">
        <w:rPr>
          <w:rFonts w:ascii="Aptos" w:hAnsi="Aptos"/>
        </w:rPr>
        <w:t>From the supervision page of your online portal, click "Reports" under the supervisee you would like to submit for.</w:t>
      </w:r>
    </w:p>
    <w:p w14:paraId="1D5345C6" w14:textId="2F25FF40" w:rsidR="00350CCD" w:rsidRPr="00350CCD" w:rsidRDefault="002511DA" w:rsidP="00350CCD">
      <w:pPr>
        <w:rPr>
          <w:rFonts w:ascii="Aptos" w:hAnsi="Aptos"/>
        </w:rPr>
      </w:pPr>
      <w:r>
        <w:rPr>
          <w:noProof/>
        </w:rPr>
        <w:drawing>
          <wp:inline distT="0" distB="0" distL="0" distR="0" wp14:anchorId="5FBE1849" wp14:editId="33EAC260">
            <wp:extent cx="5486400" cy="306768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a:fillRect/>
                    </a:stretch>
                  </pic:blipFill>
                  <pic:spPr>
                    <a:xfrm>
                      <a:off x="0" y="0"/>
                      <a:ext cx="5486400" cy="3067685"/>
                    </a:xfrm>
                    <a:prstGeom prst="rect">
                      <a:avLst/>
                    </a:prstGeom>
                  </pic:spPr>
                </pic:pic>
              </a:graphicData>
            </a:graphic>
          </wp:inline>
        </w:drawing>
      </w:r>
    </w:p>
    <w:p w14:paraId="1EA8919A" w14:textId="77777777" w:rsidR="00350CCD" w:rsidRPr="00350CCD" w:rsidRDefault="00350CCD" w:rsidP="00350CCD">
      <w:pPr>
        <w:pStyle w:val="ListNumber"/>
        <w:keepNext/>
        <w:rPr>
          <w:rFonts w:ascii="Aptos" w:hAnsi="Aptos"/>
        </w:rPr>
      </w:pPr>
      <w:r w:rsidRPr="00350CCD">
        <w:rPr>
          <w:rFonts w:ascii="Aptos" w:hAnsi="Aptos"/>
        </w:rPr>
        <w:lastRenderedPageBreak/>
        <w:t>Click "New"</w:t>
      </w:r>
    </w:p>
    <w:p w14:paraId="43E67E29" w14:textId="4F1B02B6" w:rsidR="00350CCD" w:rsidRPr="00350CCD" w:rsidRDefault="002511DA" w:rsidP="00350CCD">
      <w:pPr>
        <w:rPr>
          <w:rFonts w:ascii="Aptos" w:hAnsi="Aptos"/>
        </w:rPr>
      </w:pPr>
      <w:r>
        <w:rPr>
          <w:noProof/>
        </w:rPr>
        <w:drawing>
          <wp:inline distT="0" distB="0" distL="0" distR="0" wp14:anchorId="5A43E605" wp14:editId="4DBFB563">
            <wp:extent cx="5486400" cy="3063240"/>
            <wp:effectExtent l="0" t="0" r="0"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486400" cy="3063240"/>
                    </a:xfrm>
                    <a:prstGeom prst="rect">
                      <a:avLst/>
                    </a:prstGeom>
                  </pic:spPr>
                </pic:pic>
              </a:graphicData>
            </a:graphic>
          </wp:inline>
        </w:drawing>
      </w:r>
    </w:p>
    <w:p w14:paraId="7C82D417" w14:textId="3B02B4F7" w:rsidR="00350CCD" w:rsidRPr="00350CCD" w:rsidRDefault="00350CCD" w:rsidP="00350CCD">
      <w:pPr>
        <w:pStyle w:val="ListNumber"/>
        <w:keepNext/>
        <w:rPr>
          <w:rFonts w:ascii="Aptos" w:hAnsi="Aptos"/>
        </w:rPr>
      </w:pPr>
      <w:r w:rsidRPr="00350CCD">
        <w:rPr>
          <w:rFonts w:ascii="Aptos" w:hAnsi="Aptos"/>
        </w:rPr>
        <w:t>Provide any comments in the comment box. Select whether the applicant is ready for sign off</w:t>
      </w:r>
      <w:r w:rsidRPr="00350CCD">
        <w:rPr>
          <w:rFonts w:ascii="Aptos" w:hAnsi="Aptos"/>
        </w:rPr>
        <w:t>. P</w:t>
      </w:r>
      <w:r w:rsidRPr="00350CCD">
        <w:rPr>
          <w:rFonts w:ascii="Aptos" w:hAnsi="Aptos"/>
        </w:rPr>
        <w:t>lease select option B for final sign off, even if it is not an early sign off</w:t>
      </w:r>
      <w:r w:rsidRPr="00350CCD">
        <w:rPr>
          <w:rFonts w:ascii="Aptos" w:hAnsi="Aptos"/>
        </w:rPr>
        <w:t xml:space="preserve"> request</w:t>
      </w:r>
      <w:r w:rsidRPr="00350CCD">
        <w:rPr>
          <w:rFonts w:ascii="Aptos" w:hAnsi="Aptos"/>
        </w:rPr>
        <w:t>. Upload your final report and any applicable supporting documents such as early sign off support.</w:t>
      </w:r>
      <w:r w:rsidRPr="00350CCD">
        <w:rPr>
          <w:rFonts w:ascii="Aptos" w:hAnsi="Aptos"/>
        </w:rPr>
        <w:t xml:space="preserve"> Once you have uploaded the documents, you won’t be able to see them anymore, so please make sure you have named them in a way that lets you know you have uploaded the right document.</w:t>
      </w:r>
      <w:r w:rsidRPr="00350CCD">
        <w:rPr>
          <w:rFonts w:ascii="Aptos" w:hAnsi="Aptos"/>
        </w:rPr>
        <w:t xml:space="preserve"> Then click "Submit"</w:t>
      </w:r>
    </w:p>
    <w:p w14:paraId="6CFA166E" w14:textId="2053FEC1" w:rsidR="00350CCD" w:rsidRPr="00350CCD" w:rsidRDefault="002511DA" w:rsidP="00350CCD">
      <w:pPr>
        <w:rPr>
          <w:rFonts w:ascii="Aptos" w:hAnsi="Aptos"/>
        </w:rPr>
      </w:pPr>
      <w:r>
        <w:rPr>
          <w:noProof/>
        </w:rPr>
        <w:drawing>
          <wp:inline distT="0" distB="0" distL="0" distR="0" wp14:anchorId="5160FDF1" wp14:editId="72E8489F">
            <wp:extent cx="5486400" cy="3063240"/>
            <wp:effectExtent l="0" t="0" r="0" b="381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stretch>
                      <a:fillRect/>
                    </a:stretch>
                  </pic:blipFill>
                  <pic:spPr>
                    <a:xfrm>
                      <a:off x="0" y="0"/>
                      <a:ext cx="5486400" cy="3063240"/>
                    </a:xfrm>
                    <a:prstGeom prst="rect">
                      <a:avLst/>
                    </a:prstGeom>
                  </pic:spPr>
                </pic:pic>
              </a:graphicData>
            </a:graphic>
          </wp:inline>
        </w:drawing>
      </w:r>
    </w:p>
    <w:p w14:paraId="79D1E37E" w14:textId="7E2FDD6F" w:rsidR="00350CCD" w:rsidRPr="00350CCD" w:rsidRDefault="00350CCD" w:rsidP="00350CCD">
      <w:pPr>
        <w:pStyle w:val="ListNumber"/>
        <w:rPr>
          <w:rFonts w:ascii="Aptos" w:hAnsi="Aptos"/>
        </w:rPr>
      </w:pPr>
      <w:r w:rsidRPr="00350CCD">
        <w:rPr>
          <w:rFonts w:ascii="Aptos" w:hAnsi="Aptos"/>
        </w:rPr>
        <w:lastRenderedPageBreak/>
        <w:t>Once we have reviewed the report, we will email the</w:t>
      </w:r>
      <w:r w:rsidR="002511DA">
        <w:rPr>
          <w:rFonts w:ascii="Aptos" w:hAnsi="Aptos"/>
        </w:rPr>
        <w:t xml:space="preserve"> you and the</w:t>
      </w:r>
      <w:r w:rsidRPr="00350CCD">
        <w:rPr>
          <w:rFonts w:ascii="Aptos" w:hAnsi="Aptos"/>
        </w:rPr>
        <w:t xml:space="preserve"> supervisee to let </w:t>
      </w:r>
      <w:r w:rsidR="002511DA">
        <w:rPr>
          <w:rFonts w:ascii="Aptos" w:hAnsi="Aptos"/>
        </w:rPr>
        <w:t xml:space="preserve">you </w:t>
      </w:r>
      <w:r w:rsidRPr="00350CCD">
        <w:rPr>
          <w:rFonts w:ascii="Aptos" w:hAnsi="Aptos"/>
        </w:rPr>
        <w:t xml:space="preserve">know the outcome. </w:t>
      </w:r>
    </w:p>
    <w:sectPr w:rsidR="00350CCD" w:rsidRPr="00350CC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l‚r –¾’©"/>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l‚r ƒSƒVƒbƒN"/>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altName w:val="Calibri"/>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1B000DE"/>
    <w:lvl w:ilvl="0">
      <w:start w:val="1"/>
      <w:numFmt w:val="decimal"/>
      <w:pStyle w:val="ListNumber"/>
      <w:lvlText w:val="%1."/>
      <w:lvlJc w:val="left"/>
      <w:pPr>
        <w:tabs>
          <w:tab w:val="num" w:pos="360"/>
        </w:tabs>
        <w:ind w:left="360" w:hanging="360"/>
      </w:pPr>
      <w:rPr>
        <w:rFonts w:hint="default"/>
      </w:r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57317244">
    <w:abstractNumId w:val="8"/>
  </w:num>
  <w:num w:numId="2" w16cid:durableId="1207646699">
    <w:abstractNumId w:val="6"/>
  </w:num>
  <w:num w:numId="3" w16cid:durableId="960380891">
    <w:abstractNumId w:val="5"/>
  </w:num>
  <w:num w:numId="4" w16cid:durableId="467817176">
    <w:abstractNumId w:val="4"/>
  </w:num>
  <w:num w:numId="5" w16cid:durableId="1699501449">
    <w:abstractNumId w:val="7"/>
  </w:num>
  <w:num w:numId="6" w16cid:durableId="1150752528">
    <w:abstractNumId w:val="3"/>
  </w:num>
  <w:num w:numId="7" w16cid:durableId="1382900561">
    <w:abstractNumId w:val="2"/>
  </w:num>
  <w:num w:numId="8" w16cid:durableId="1351835250">
    <w:abstractNumId w:val="1"/>
  </w:num>
  <w:num w:numId="9" w16cid:durableId="1046762343">
    <w:abstractNumId w:val="0"/>
  </w:num>
  <w:num w:numId="10" w16cid:durableId="312178350">
    <w:abstractNumId w:val="7"/>
    <w:lvlOverride w:ilvl="0">
      <w:startOverride w:val="1"/>
    </w:lvlOverride>
  </w:num>
  <w:num w:numId="11" w16cid:durableId="204803299">
    <w:abstractNumId w:val="7"/>
    <w:lvlOverride w:ilvl="0">
      <w:startOverride w:val="1"/>
    </w:lvlOverride>
  </w:num>
  <w:num w:numId="12" w16cid:durableId="535780647">
    <w:abstractNumId w:val="7"/>
    <w:lvlOverride w:ilvl="0">
      <w:startOverride w:val="1"/>
    </w:lvlOverride>
  </w:num>
  <w:num w:numId="13" w16cid:durableId="141582689">
    <w:abstractNumId w:val="7"/>
  </w:num>
  <w:num w:numId="14" w16cid:durableId="704984116">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511DA"/>
    <w:rsid w:val="0029639D"/>
    <w:rsid w:val="00326F90"/>
    <w:rsid w:val="00350CCD"/>
    <w:rsid w:val="005704CE"/>
    <w:rsid w:val="009E13B8"/>
    <w:rsid w:val="00AA1D8D"/>
    <w:rsid w:val="00B47730"/>
    <w:rsid w:val="00CB0664"/>
    <w:rsid w:val="00D96787"/>
    <w:rsid w:val="00DD2EE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B3A17F"/>
  <w14:defaultImageDpi w14:val="300"/>
  <w15:docId w15:val="{EEC8F1D5-6789-4870-8CD5-656F3C4FB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511DA"/>
    <w:rPr>
      <w:color w:val="0000FF" w:themeColor="hyperlink"/>
      <w:u w:val="single"/>
    </w:rPr>
  </w:style>
  <w:style w:type="character" w:styleId="UnresolvedMention">
    <w:name w:val="Unresolved Mention"/>
    <w:basedOn w:val="DefaultParagraphFont"/>
    <w:uiPriority w:val="99"/>
    <w:semiHidden/>
    <w:unhideWhenUsed/>
    <w:rsid w:val="00251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mrt@medsci.co.nz"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Anastasia Williams - Staff</cp:lastModifiedBy>
  <cp:revision>3</cp:revision>
  <dcterms:created xsi:type="dcterms:W3CDTF">2025-08-12T03:06:00Z</dcterms:created>
  <dcterms:modified xsi:type="dcterms:W3CDTF">2025-08-12T03:22:00Z</dcterms:modified>
  <cp:category/>
</cp:coreProperties>
</file>